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הסתיו - חדר בריחה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בעברית שקשורות לעונת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מילה בעברית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פשוטים עם מילות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המשמעות?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 שיורדים משמיים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כדור חם באור ביום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כשיורד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חלק מהתופעות של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בסתיו יש גם עננים וגשם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המטריה חוסמת את הגשם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(מים שיורדים משמיים)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(כדור חם באור ביום)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(חלק ירוק או צהוב של 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(אוויר שמרגישים על הפנים)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שמשתמש נכון במילה גשם, למשל: היום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עם המילה שמש, למשל: השמש חמה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ומציירים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התלמיד.ה מתאר/ת יום סתיו ומשתמש.ת בלפחות שתיים מהמילים החדשות (גשם, שמש, עלים, רוח, עננים, 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 שיורדים משמיים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להירטב מהגשם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או חפצים אמיתיים (מטריה, עלה) כדי לחזק את ההבנה של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תרגיל מאתגר אפשר להזכיר לתלמידים את טכניקת ההרגעה עש״ן ד״ק - עוצרים, נושמים וממשיכים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המשפטים בקול רם ולתת זמן לחזרה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הסתיו - חדר בריחה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המילים מחדר הבריחה של הסתיו, כמו גשם, שמש, עלים ורוח. המילים האלה עוזרות לנו לדבר על מזג האוויר ועל העונה.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עלים  ·  גשם  ·  שמש  ·  רוח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- מה המשמעות?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'גשם'?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 שיורדים משמיים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כדור חם באור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חלק של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המילה 'שמש'?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 מהשמיים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כדור חם באור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עלה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משתמשים במטריה?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כשיש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כשקר מאוד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בסתיו העלים משנים צבע ונופלים מהעצים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בסתיו תמיד יש שמש חזקה בלי עננים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מטריה עוזרת להישאר יבשים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כשיורד __________ אני לוקח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ביום חם רואים את ה__________ בשמיים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בסתיו ה__________ נופלים מהעצים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כשיש __________ חזקה אני לובש מעיל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חלק ירוק או צהוב של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אוויר שמרגישים על הפנים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מים שיורדים משמיים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כדור חם באור ביום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'גשם'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עם המילה 'שמש'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ומציירים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או כתבו: איך נראה יום של סתיו? אילו מילים חדשות למדתם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המשמעות של המילה 'גשם'?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הפך למילה 'חם'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הסתיו - חדר בריחה לעולים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