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הסתיו - חדר בריחה לעולים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בעברית שקשורות לעונת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מילה בעברית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פשוטים עם מילות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מה המשמעות?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מים שיורדים משמיים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כדור חם באור ביום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דברים לבנים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כשיורד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סתיו וחורף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חלק מהתופעות של הסתיו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בסתיו יש גם עננים וגשם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המטריה חוסמת את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רוח מרגישים על הפנים והגוף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אלה שתי תחושות הפוכות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(מים שיורדים משמיים)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(כדור חם באור ביום)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(חלק ירוק או צהוב של 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(אוויר שמרגישים על הפנים)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(כלי שמגן מהגשם)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(ההפך מחם)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פשוט שמשתמש נכון במילה גשם, למשל: היום יורד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פשוט עם המילה שמש, למשל: השמש חמה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עלים צהובים, עננים, 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ומציירים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התלמיד.ה מתאר/ת יום סתיו ומשתמש.ת בלפחות שתיים מהמילים החדשות (גשם, שמש, עלים, רוח, עננים, קר)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מים שיורדים משמיים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לא להירטב מהגשם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בתמונות או חפצים אמיתיים (מטריה, עלה) כדי לחזק את ההבנה של המילים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תרגיל מאתגר אפשר להזכיר לתלמידים את טכניקת ההרגעה עש״ן ד״ק - עוצרים, נושמים וממשיכים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המשפטים בקול רם ולתת זמן לחזרה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הסתיו - חדר בריחה לעולים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מילים על הסתיו. למשל: גשם, שמש, עלים. המילים עוזרות לדבר על מזג האוויר.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סתיו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עונה בין קיץ לחורף, יש גשם ורוח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שיורדים משמיים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כדור חם באור ביום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ירוק או צהוב של עץ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אוויר שנע ומרגישים אותו בפנים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לבנים או אפורים בשמיים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הפוך מחם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שמגן מהגשם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מה המשמעות?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'גשם'?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שיורדים משמיים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 חם באור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חלק של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רוח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'שמש'?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מהשמיים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 חם באור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עלה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נגד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'עננים'?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דברים לבנים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כלי 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משתמשים במטריה?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כשיש שמש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כשיורד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כשקר מאוד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כשיש רוח 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ההפך מ'חם'?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יש גשם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סתיו וחורף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יודעים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בסתיו העלים משנים צבע ונופלים מהעצים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בסתיו תמיד יש שמש חזקה בלי עננים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מטריה עוזרת להישאר יבשים בגשם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רוח היא דבר שרואים אבל לא מרגישים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 הוא ההפך מחם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כשיורד __________ אני לוקח 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ביום חם רואים את ה__________ בשמיים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בסתיו ה__________ נופלים מהעצים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כשיש __________ חזקה אני לובש מעיל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בשמיים אפורים רואים הרבה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בלילה קר, לכן אני לובש בגד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ההפך מחם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חלק ירוק או צהוב של 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שמגן מהגשם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מים שיורדים משמיים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כדור חם באור ביום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אוויר שמרגישים על הפנים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'גשם'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המילה 'שמש'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שני דברים שרואים בסתיו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ומציירים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או כתבו: איך נראה יום של סתיו? אילו מילים חדשות למדתם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המשמעות של המילה 'גשם'?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הפך למילה 'חם'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אנחנו משתמשים במטריה?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הסתיו - חדר בריחה לעולים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