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חדר בריחה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שקשורות לעונת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בעברית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עם מילות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המשמעות?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שיורדים משמיים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כדור חם באור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דברים לבנים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סתיו וחורף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מהתופעות של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בסתיו יש גם עננים וגשם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רוח מרגישים על הפנים והגוף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שתי תחושות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(מים שיורדים משמיים)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(כדור חם באור ביום)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(חלק ירוק או צהוב של 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(אוויר שמרגישים על הפנים)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(כלי שמגן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(ההפך מחם)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שמשתמש נכון במילה גשם, למשל: היום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המילה שמש, למשל: השמש חמה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עלים צהובים, עננים,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ומציירים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מתאר/ת יום סתיו ומשתמש.ת בלפחות שתיים מהמילים החדשות (גשם, שמש, עלים, רוח, עננים, 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שיורדים משמיים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להירטב מהגשם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חפצים אמיתיים (מטריה, עלה) כדי לחזק את ההבנה של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תרגיל מאתגר אפשר להזכיר לתלמידים את טכניקת ההרגעה עש״ן ד״ק - עוצרים, נושמים וממשיכים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המשפטים בקול רם ולתת זמן לחזרה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חדר בריחה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המילים מחדר הבריחה של הסתיו, כמו גשם, שמש, עלים ורוח. המילים האלה עוזרות לנו לדבר על מזג האוויר ועל העונה.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המשמעות?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'גשם'?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שיורדים משמיים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חם באור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'שמש'?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מהשמיים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חם באור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עלה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'עננים'?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לבנים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משתמשים במטריה?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כשיש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כשקר מאוד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 רוח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ההפך מ'חם'?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עונה יש הרבה גשם ורוח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 וחורף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יודעים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העלים משנים צבע ונופלים מהעצים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תמיד יש שמש חזקה בלי 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היא דבר שרואים אבל לא מרגישים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 הוא ההפך מחם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__________ אני לוקח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חם רואים את ה__________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בסתיו ה__________ נופלים מהעצים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__________ חזקה אני לובש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בשמיים אפורים רואים הרבה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קר, לכן אני לובש בגד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ההפך מחם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שמגן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אוויר שמרגישים על הפנים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ירוק או צהוב של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כדור חם באור ביום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מים שיורדים משמיים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'גשם'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'שמש'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דברים שרואים בסתיו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כתבו: איך נראה יום של סתיו? אילו מילים חדשות למדתם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המילה 'גשם'?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למילה 'חם'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משתמשים במטריה?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הסתיו - חדר בריחה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